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מתקדמים – תואר הפועל, מילות יחס, מילות קישור ושמות עצם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תואר הפועל, מילות יחס נטויות ומיודעות ומילות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שמות עצם (פרטי, כללי, מופשט)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הדיבר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מילת יחס נטויה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הילד רץ כי הוא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בשקט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תואר הפועל מתאר את אופן, זמן או מקום הפעולה.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כשמוסיפים כינוי גוף למילת יחס היא נהפכת לנטויה.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"ו" החיבור היא מילת קישור נפוצה מאוד.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שם עצם פרטי מתאר דבר מסוים ויחיד, לא קבוצה.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מילות קישור כמו "כי" ו-"אבל" מחברות בין משפטים.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נטויה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מופשט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 המילה והדוגמה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(מתאר איך נעשית הפעולה, למשל "בשקט")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(מילת יחס שמחוברת לכינוי גוף, למשל "איתו")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(מחברת בין משפטים או מילים, למשל "אבל")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(מתאר קבוצה שלמה, למשל "ילד")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(מתאר רעיון או תחושה, למשל "שמחה")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מכיל לפחות חלק דיבר אחד מהרשימה, מסומן נכון, והמשפט תקין מבחינה תחבירית.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 מתאר איך, מתי או איפה קורית הפעולה, למשל מהר או בבוקר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נטויה מחוברת לכינוי גוף (איתו), ומיודעת מחוברת לה' הידיעה (בבית)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למילת קישור: אבל/כי; דוגמה לשם עצם מופשט: שמחה/אהבה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מהאתר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ההגדרות בלוח לפני תחילת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מתקדמים – תואר הפועל, מילות יחס, מילות קישור ושמות עצם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שמתארות פעולה, מילים שמחברות משפטים, ומילים ששמות דברים. נענה על שאלות קצרות ונכתוב 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איך, מתי או איפה קורית הפעולה, כמו מהר או בבוקר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שם עצם למשפט, כמו על, עם, 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 נטויה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שמחוברת לכינוי גוף, כמו איתו, עליה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 מיודעת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עם ה' הידיעה, כמו בבית, לילד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 או מילים, כמו כי, אבל, 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 פרטי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דבר מסוים ויחיד, כמו דני, 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 כללי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שמתאר קבוצה שלמה של דברים, כמו ילד, 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 מופשט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שמתאר רעיון או תחושה, כמו שמחה, אהבה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-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איך עושים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"עליו" שייכת לאיזה סוג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יחס נטויה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עצם מופשט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יש מילה שמחברת בין שני חלקים?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רץ כי הוא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רץ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הקטן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רץ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תחושה ולא דבר שרואים?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שייכת המילה "בבית"?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נטויה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עונה על השאלה "איך"?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עונה על השאלות איך, מתי או איפה.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נטויה היא מילת יחס שמחוברת לכינוי גוף, כמו "איתי".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"ו" אינה יכולה לשמש כמילת קישור.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פרטי מתאר קבוצה שלמה של דברים.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יכולות לחבר בין שני משפטים.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"מהר" היא __________ הפועל.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"עליה" היא מילת יחס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"כי" היא מילת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"ירושלים" היא שם עצם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"אהבה" היא שם עצם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סוג המילה והדוגמה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מתאר רעיון או תחושה, למשל "שמחה"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מילת יחס נטויה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מחברת בין משפטים או מילים, למשל "אבל"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מתאר קבוצה שלמה, למשל "ילד"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עצם כללי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מתאר איך נעשית הפעולה, למשל "בשקט"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שם עצם מופשט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מילת יחס שמחוברת לכינוי גוף, למשל "איתו"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משלכם. בכל משפט השתמשו בלפחות חלק דיבר אחד שלמדנו היום (תואר הפועל, מילת יחס, מילת קישור או שם עצם), וסמנו אותו בעיגול.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תואר הפועל?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מילת יחס נטויה למילת יחס מיודעת?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למילת קישור ודוגמה אחת לשם עצם מופשט.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מתקדמים – תואר הפועל, מילות יחס, מילות קישור ושמות עצם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